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524A7B" w14:textId="77777777" w:rsidR="00413E18" w:rsidRPr="00A11BCD" w:rsidRDefault="00000000">
      <w:pPr>
        <w:spacing w:after="20" w:line="240" w:lineRule="auto"/>
        <w:jc w:val="center"/>
        <w:rPr>
          <w:rFonts w:ascii="바탕체" w:eastAsia="바탕체" w:hAnsi="바탕체"/>
          <w:b/>
          <w:color w:val="4C545E"/>
          <w:sz w:val="26"/>
          <w:lang w:eastAsia="ko-KR"/>
        </w:rPr>
      </w:pPr>
      <w:r w:rsidRPr="00A11BCD">
        <w:rPr>
          <w:rFonts w:ascii="바탕체" w:eastAsia="바탕체" w:hAnsi="바탕체"/>
          <w:b/>
          <w:color w:val="4C545E"/>
          <w:sz w:val="26"/>
          <w:lang w:eastAsia="ko-KR"/>
        </w:rPr>
        <w:t>경기과학기술대학교</w:t>
      </w:r>
    </w:p>
    <w:p w14:paraId="160D9AA0" w14:textId="77777777" w:rsidR="00141F22" w:rsidRPr="00A11BCD" w:rsidRDefault="00141F22">
      <w:pPr>
        <w:spacing w:after="20" w:line="240" w:lineRule="auto"/>
        <w:jc w:val="center"/>
        <w:rPr>
          <w:rFonts w:ascii="바탕체" w:eastAsia="바탕체" w:hAnsi="바탕체" w:hint="eastAsia"/>
          <w:lang w:eastAsia="ko-KR"/>
        </w:rPr>
      </w:pPr>
    </w:p>
    <w:p w14:paraId="5B004DE3" w14:textId="0250DE1B" w:rsidR="00413E18" w:rsidRPr="00A11BCD" w:rsidRDefault="00141F22">
      <w:pPr>
        <w:spacing w:after="240" w:line="240" w:lineRule="auto"/>
        <w:jc w:val="center"/>
        <w:rPr>
          <w:rFonts w:ascii="바탕체" w:eastAsia="바탕체" w:hAnsi="바탕체"/>
          <w:lang w:eastAsia="ko-KR"/>
        </w:rPr>
      </w:pPr>
      <w:r w:rsidRPr="00A11BCD">
        <w:rPr>
          <w:rFonts w:ascii="바탕체" w:eastAsia="바탕체" w:hAnsi="바탕체" w:cs="Batang" w:hint="eastAsia"/>
          <w:b/>
          <w:color w:val="19222D"/>
          <w:sz w:val="44"/>
          <w:lang w:eastAsia="ko-KR"/>
        </w:rPr>
        <w:t xml:space="preserve">자바 프로그래밍 </w:t>
      </w:r>
      <w:r w:rsidR="00000000" w:rsidRPr="00A11BCD">
        <w:rPr>
          <w:rFonts w:ascii="바탕체" w:eastAsia="바탕체" w:hAnsi="바탕체"/>
          <w:b/>
          <w:color w:val="19222D"/>
          <w:sz w:val="44"/>
          <w:lang w:eastAsia="ko-KR"/>
        </w:rPr>
        <w:t>과제 제출</w:t>
      </w:r>
    </w:p>
    <w:tbl>
      <w:tblPr>
        <w:tblW w:w="0" w:type="auto"/>
        <w:jc w:val="center"/>
        <w:tblBorders>
          <w:top w:val="single" w:sz="8" w:space="0" w:color="AEB6C0"/>
          <w:left w:val="single" w:sz="8" w:space="0" w:color="AEB6C0"/>
          <w:bottom w:val="single" w:sz="8" w:space="0" w:color="AEB6C0"/>
          <w:right w:val="single" w:sz="8" w:space="0" w:color="AEB6C0"/>
          <w:insideH w:val="single" w:sz="8" w:space="0" w:color="AEB6C0"/>
          <w:insideV w:val="single" w:sz="8" w:space="0" w:color="AEB6C0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3514"/>
        <w:gridCol w:w="1360"/>
        <w:gridCol w:w="3514"/>
      </w:tblGrid>
      <w:tr w:rsidR="00413E18" w:rsidRPr="00A11BCD" w14:paraId="278C9FED" w14:textId="77777777">
        <w:trPr>
          <w:trHeight w:val="470"/>
          <w:jc w:val="center"/>
        </w:trPr>
        <w:tc>
          <w:tcPr>
            <w:tcW w:w="1360" w:type="dxa"/>
            <w:shd w:val="clear" w:color="auto" w:fill="EEF1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B8EB50" w14:textId="77777777" w:rsidR="00413E18" w:rsidRPr="00A11BCD" w:rsidRDefault="00000000">
            <w:pPr>
              <w:spacing w:after="0" w:line="240" w:lineRule="auto"/>
              <w:jc w:val="center"/>
              <w:rPr>
                <w:rFonts w:ascii="바탕체" w:eastAsia="바탕체" w:hAnsi="바탕체"/>
              </w:rPr>
            </w:pPr>
            <w:proofErr w:type="spellStart"/>
            <w:r w:rsidRPr="00A11BCD">
              <w:rPr>
                <w:rFonts w:ascii="바탕체" w:eastAsia="바탕체" w:hAnsi="바탕체"/>
                <w:b/>
                <w:color w:val="37414B"/>
                <w:sz w:val="20"/>
              </w:rPr>
              <w:t>과목명</w:t>
            </w:r>
            <w:proofErr w:type="spellEnd"/>
          </w:p>
        </w:tc>
        <w:tc>
          <w:tcPr>
            <w:tcW w:w="8388" w:type="dxa"/>
            <w:gridSpan w:val="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281A7B" w14:textId="1BF79D42" w:rsidR="00413E18" w:rsidRPr="00A11BCD" w:rsidRDefault="00000000">
            <w:pPr>
              <w:spacing w:after="0" w:line="240" w:lineRule="auto"/>
              <w:rPr>
                <w:rFonts w:ascii="바탕체" w:eastAsia="바탕체" w:hAnsi="바탕체"/>
              </w:rPr>
            </w:pPr>
            <w:proofErr w:type="spellStart"/>
            <w:r w:rsidRPr="00A11BCD">
              <w:rPr>
                <w:rFonts w:ascii="바탕체" w:eastAsia="바탕체" w:hAnsi="바탕체"/>
                <w:color w:val="737980"/>
              </w:rPr>
              <w:t>자바</w:t>
            </w:r>
            <w:proofErr w:type="spellEnd"/>
            <w:r w:rsidR="00CA6B05" w:rsidRPr="00A11BCD">
              <w:rPr>
                <w:rFonts w:ascii="바탕체" w:eastAsia="바탕체" w:hAnsi="바탕체" w:hint="eastAsia"/>
                <w:color w:val="737980"/>
                <w:lang w:eastAsia="ko-KR"/>
              </w:rPr>
              <w:t xml:space="preserve"> </w:t>
            </w:r>
            <w:proofErr w:type="spellStart"/>
            <w:r w:rsidRPr="00A11BCD">
              <w:rPr>
                <w:rFonts w:ascii="바탕체" w:eastAsia="바탕체" w:hAnsi="바탕체"/>
                <w:color w:val="737980"/>
              </w:rPr>
              <w:t>프로그래밍</w:t>
            </w:r>
            <w:proofErr w:type="spellEnd"/>
          </w:p>
        </w:tc>
      </w:tr>
      <w:tr w:rsidR="00413E18" w:rsidRPr="00A11BCD" w14:paraId="3AE44346" w14:textId="77777777">
        <w:trPr>
          <w:trHeight w:val="470"/>
          <w:jc w:val="center"/>
        </w:trPr>
        <w:tc>
          <w:tcPr>
            <w:tcW w:w="1360" w:type="dxa"/>
            <w:shd w:val="clear" w:color="auto" w:fill="EEF1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8E00643" w14:textId="7919CB09" w:rsidR="00413E18" w:rsidRPr="00A11BCD" w:rsidRDefault="00A11BCD">
            <w:pPr>
              <w:spacing w:after="0" w:line="240" w:lineRule="auto"/>
              <w:jc w:val="center"/>
              <w:rPr>
                <w:rFonts w:ascii="바탕체" w:eastAsia="바탕체" w:hAnsi="바탕체"/>
              </w:rPr>
            </w:pPr>
            <w:r>
              <w:rPr>
                <w:rFonts w:ascii="바탕체" w:eastAsia="바탕체" w:hAnsi="바탕체" w:hint="eastAsia"/>
                <w:b/>
                <w:color w:val="37414B"/>
                <w:sz w:val="20"/>
                <w:lang w:eastAsia="ko-KR"/>
              </w:rPr>
              <w:t>전공/</w:t>
            </w:r>
            <w:proofErr w:type="spellStart"/>
            <w:r w:rsidR="00000000" w:rsidRPr="00A11BCD">
              <w:rPr>
                <w:rFonts w:ascii="바탕체" w:eastAsia="바탕체" w:hAnsi="바탕체"/>
                <w:b/>
                <w:color w:val="37414B"/>
                <w:sz w:val="20"/>
              </w:rPr>
              <w:t>학번</w:t>
            </w:r>
            <w:proofErr w:type="spellEnd"/>
          </w:p>
        </w:tc>
        <w:tc>
          <w:tcPr>
            <w:tcW w:w="351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5D16E7" w14:textId="48D32351" w:rsidR="00413E18" w:rsidRPr="00A11BCD" w:rsidRDefault="00A11BCD" w:rsidP="00A11BCD">
            <w:pPr>
              <w:spacing w:after="0" w:line="240" w:lineRule="auto"/>
              <w:jc w:val="center"/>
              <w:rPr>
                <w:rFonts w:ascii="바탕체" w:eastAsia="바탕체" w:hAnsi="바탕체" w:hint="eastAsia"/>
                <w:lang w:eastAsia="ko-KR"/>
              </w:rPr>
            </w:pPr>
            <w:r>
              <w:rPr>
                <w:rFonts w:ascii="바탕체" w:eastAsia="바탕체" w:hAnsi="바탕체" w:hint="eastAsia"/>
                <w:lang w:eastAsia="ko-KR"/>
              </w:rPr>
              <w:t>/</w:t>
            </w:r>
          </w:p>
        </w:tc>
        <w:tc>
          <w:tcPr>
            <w:tcW w:w="1360" w:type="dxa"/>
            <w:shd w:val="clear" w:color="auto" w:fill="EEF1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F44583B" w14:textId="77777777" w:rsidR="00413E18" w:rsidRPr="00A11BCD" w:rsidRDefault="00000000">
            <w:pPr>
              <w:spacing w:after="0" w:line="240" w:lineRule="auto"/>
              <w:jc w:val="center"/>
              <w:rPr>
                <w:rFonts w:ascii="바탕체" w:eastAsia="바탕체" w:hAnsi="바탕체"/>
              </w:rPr>
            </w:pPr>
            <w:proofErr w:type="spellStart"/>
            <w:r w:rsidRPr="00A11BCD">
              <w:rPr>
                <w:rFonts w:ascii="바탕체" w:eastAsia="바탕체" w:hAnsi="바탕체"/>
                <w:b/>
                <w:color w:val="37414B"/>
                <w:sz w:val="20"/>
              </w:rPr>
              <w:t>이름</w:t>
            </w:r>
            <w:proofErr w:type="spellEnd"/>
          </w:p>
        </w:tc>
        <w:tc>
          <w:tcPr>
            <w:tcW w:w="3514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F9D819" w14:textId="083F4974" w:rsidR="00413E18" w:rsidRPr="00A11BCD" w:rsidRDefault="00413E18">
            <w:pPr>
              <w:spacing w:after="0" w:line="240" w:lineRule="auto"/>
              <w:rPr>
                <w:rFonts w:ascii="바탕체" w:eastAsia="바탕체" w:hAnsi="바탕체" w:hint="eastAsia"/>
                <w:lang w:eastAsia="ko-KR"/>
              </w:rPr>
            </w:pPr>
          </w:p>
        </w:tc>
      </w:tr>
      <w:tr w:rsidR="00413E18" w:rsidRPr="00A11BCD" w14:paraId="42F6E25C" w14:textId="77777777">
        <w:trPr>
          <w:trHeight w:val="470"/>
          <w:jc w:val="center"/>
        </w:trPr>
        <w:tc>
          <w:tcPr>
            <w:tcW w:w="1360" w:type="dxa"/>
            <w:shd w:val="clear" w:color="auto" w:fill="EEF1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F5A893" w14:textId="77777777" w:rsidR="00413E18" w:rsidRPr="00A11BCD" w:rsidRDefault="00000000">
            <w:pPr>
              <w:spacing w:after="0" w:line="240" w:lineRule="auto"/>
              <w:jc w:val="center"/>
              <w:rPr>
                <w:rFonts w:ascii="바탕체" w:eastAsia="바탕체" w:hAnsi="바탕체"/>
              </w:rPr>
            </w:pPr>
            <w:r w:rsidRPr="00A11BCD">
              <w:rPr>
                <w:rFonts w:ascii="바탕체" w:eastAsia="바탕체" w:hAnsi="바탕체"/>
                <w:b/>
                <w:color w:val="37414B"/>
                <w:sz w:val="20"/>
              </w:rPr>
              <w:t>과제 제출일</w:t>
            </w:r>
          </w:p>
        </w:tc>
        <w:tc>
          <w:tcPr>
            <w:tcW w:w="8388" w:type="dxa"/>
            <w:gridSpan w:val="3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850E892" w14:textId="758B5A10" w:rsidR="00413E18" w:rsidRPr="00A11BCD" w:rsidRDefault="00000000" w:rsidP="00A11BCD">
            <w:pPr>
              <w:spacing w:after="0" w:line="240" w:lineRule="auto"/>
              <w:ind w:firstLineChars="200" w:firstLine="420"/>
              <w:rPr>
                <w:rFonts w:ascii="바탕체" w:eastAsia="바탕체" w:hAnsi="바탕체"/>
              </w:rPr>
            </w:pPr>
            <w:r w:rsidRPr="00A11BCD">
              <w:rPr>
                <w:rFonts w:ascii="바탕체" w:eastAsia="바탕체" w:hAnsi="바탕체"/>
                <w:color w:val="737980"/>
              </w:rPr>
              <w:t xml:space="preserve">년 </w:t>
            </w:r>
            <w:r w:rsidR="00A11BCD">
              <w:rPr>
                <w:rFonts w:ascii="바탕체" w:eastAsia="바탕체" w:hAnsi="바탕체" w:hint="eastAsia"/>
                <w:color w:val="737980"/>
                <w:lang w:eastAsia="ko-KR"/>
              </w:rPr>
              <w:t xml:space="preserve">    </w:t>
            </w:r>
            <w:r w:rsidRPr="00A11BCD">
              <w:rPr>
                <w:rFonts w:ascii="바탕체" w:eastAsia="바탕체" w:hAnsi="바탕체"/>
                <w:color w:val="737980"/>
              </w:rPr>
              <w:t xml:space="preserve">월 </w:t>
            </w:r>
            <w:r w:rsidR="00A11BCD">
              <w:rPr>
                <w:rFonts w:ascii="바탕체" w:eastAsia="바탕체" w:hAnsi="바탕체" w:hint="eastAsia"/>
                <w:color w:val="737980"/>
                <w:lang w:eastAsia="ko-KR"/>
              </w:rPr>
              <w:t xml:space="preserve">   </w:t>
            </w:r>
            <w:r w:rsidRPr="00A11BCD">
              <w:rPr>
                <w:rFonts w:ascii="바탕체" w:eastAsia="바탕체" w:hAnsi="바탕체"/>
                <w:color w:val="737980"/>
              </w:rPr>
              <w:t>일</w:t>
            </w:r>
          </w:p>
        </w:tc>
      </w:tr>
    </w:tbl>
    <w:p w14:paraId="1456BB8A" w14:textId="77777777" w:rsidR="00413E18" w:rsidRPr="00A11BCD" w:rsidRDefault="00413E18">
      <w:pPr>
        <w:spacing w:after="60" w:line="240" w:lineRule="auto"/>
        <w:rPr>
          <w:rFonts w:ascii="바탕체" w:eastAsia="바탕체" w:hAnsi="바탕체"/>
        </w:rPr>
      </w:pPr>
    </w:p>
    <w:p w14:paraId="5E6567FC" w14:textId="77777777" w:rsidR="00413E18" w:rsidRPr="00A11BCD" w:rsidRDefault="00000000">
      <w:pPr>
        <w:spacing w:before="40" w:after="100" w:line="240" w:lineRule="auto"/>
        <w:rPr>
          <w:rFonts w:ascii="바탕체" w:eastAsia="바탕체" w:hAnsi="바탕체"/>
        </w:rPr>
      </w:pPr>
      <w:r w:rsidRPr="00A11BCD">
        <w:rPr>
          <w:rFonts w:ascii="바탕체" w:eastAsia="바탕체" w:hAnsi="바탕체"/>
          <w:b/>
          <w:color w:val="1F2937"/>
          <w:sz w:val="24"/>
        </w:rPr>
        <w:t>과제 내용</w:t>
      </w:r>
    </w:p>
    <w:tbl>
      <w:tblPr>
        <w:tblW w:w="0" w:type="auto"/>
        <w:jc w:val="center"/>
        <w:tblBorders>
          <w:top w:val="single" w:sz="8" w:space="0" w:color="B7BDC5"/>
          <w:left w:val="single" w:sz="8" w:space="0" w:color="B7BDC5"/>
          <w:bottom w:val="single" w:sz="8" w:space="0" w:color="B7BDC5"/>
          <w:right w:val="single" w:sz="8" w:space="0" w:color="B7BDC5"/>
          <w:insideH w:val="single" w:sz="8" w:space="0" w:color="B7BDC5"/>
          <w:insideV w:val="single" w:sz="8" w:space="0" w:color="B7BDC5"/>
        </w:tblBorders>
        <w:tblLayout w:type="fixed"/>
        <w:tblLook w:val="04A0" w:firstRow="1" w:lastRow="0" w:firstColumn="1" w:lastColumn="0" w:noHBand="0" w:noVBand="1"/>
      </w:tblPr>
      <w:tblGrid>
        <w:gridCol w:w="9751"/>
      </w:tblGrid>
      <w:tr w:rsidR="00413E18" w:rsidRPr="00A11BCD" w14:paraId="5619113E" w14:textId="77777777" w:rsidTr="00141F22">
        <w:trPr>
          <w:trHeight w:val="6308"/>
          <w:jc w:val="center"/>
        </w:trPr>
        <w:tc>
          <w:tcPr>
            <w:tcW w:w="975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35319FE" w14:textId="08A0A8B9" w:rsidR="00413E18" w:rsidRPr="00A11BCD" w:rsidRDefault="00413E18">
            <w:pPr>
              <w:spacing w:after="0" w:line="240" w:lineRule="auto"/>
              <w:rPr>
                <w:rFonts w:ascii="바탕체" w:eastAsia="바탕체" w:hAnsi="바탕체" w:hint="eastAsia"/>
                <w:lang w:eastAsia="ko-KR"/>
              </w:rPr>
            </w:pPr>
          </w:p>
        </w:tc>
      </w:tr>
    </w:tbl>
    <w:p w14:paraId="1AB76DFD" w14:textId="77777777" w:rsidR="00413E18" w:rsidRPr="00A11BCD" w:rsidRDefault="00413E18">
      <w:pPr>
        <w:spacing w:after="60" w:line="240" w:lineRule="auto"/>
        <w:rPr>
          <w:rFonts w:ascii="바탕체" w:eastAsia="바탕체" w:hAnsi="바탕체"/>
          <w:lang w:eastAsia="ko-KR"/>
        </w:rPr>
      </w:pPr>
    </w:p>
    <w:p w14:paraId="0A033D0F" w14:textId="77777777" w:rsidR="00413E18" w:rsidRPr="00A11BCD" w:rsidRDefault="00000000">
      <w:pPr>
        <w:spacing w:before="20" w:after="80" w:line="240" w:lineRule="auto"/>
        <w:rPr>
          <w:rFonts w:ascii="바탕체" w:eastAsia="바탕체" w:hAnsi="바탕체"/>
          <w:lang w:eastAsia="ko-KR"/>
        </w:rPr>
      </w:pPr>
      <w:r w:rsidRPr="00A11BCD">
        <w:rPr>
          <w:rFonts w:ascii="바탕체" w:eastAsia="바탕체" w:hAnsi="바탕체"/>
          <w:b/>
          <w:color w:val="1F2937"/>
          <w:sz w:val="23"/>
          <w:lang w:eastAsia="ko-KR"/>
        </w:rPr>
        <w:t>과제 작성 및 AI 사용 관련 서약</w:t>
      </w:r>
    </w:p>
    <w:tbl>
      <w:tblPr>
        <w:tblW w:w="0" w:type="auto"/>
        <w:jc w:val="center"/>
        <w:tblBorders>
          <w:top w:val="single" w:sz="8" w:space="0" w:color="AEB6C0"/>
          <w:left w:val="single" w:sz="8" w:space="0" w:color="AEB6C0"/>
          <w:bottom w:val="single" w:sz="8" w:space="0" w:color="AEB6C0"/>
          <w:right w:val="single" w:sz="8" w:space="0" w:color="AEB6C0"/>
          <w:insideH w:val="single" w:sz="8" w:space="0" w:color="AEB6C0"/>
          <w:insideV w:val="single" w:sz="8" w:space="0" w:color="AEB6C0"/>
        </w:tblBorders>
        <w:tblLayout w:type="fixed"/>
        <w:tblLook w:val="04A0" w:firstRow="1" w:lastRow="0" w:firstColumn="1" w:lastColumn="0" w:noHBand="0" w:noVBand="1"/>
      </w:tblPr>
      <w:tblGrid>
        <w:gridCol w:w="9751"/>
      </w:tblGrid>
      <w:tr w:rsidR="00413E18" w:rsidRPr="00A11BCD" w14:paraId="6AD927DF" w14:textId="77777777">
        <w:trPr>
          <w:trHeight w:val="620"/>
          <w:jc w:val="center"/>
        </w:trPr>
        <w:tc>
          <w:tcPr>
            <w:tcW w:w="9751" w:type="dxa"/>
            <w:shd w:val="clear" w:color="auto" w:fill="F7F8FA"/>
            <w:tcMar>
              <w:top w:w="140" w:type="dxa"/>
              <w:left w:w="170" w:type="dxa"/>
              <w:bottom w:w="140" w:type="dxa"/>
              <w:right w:w="170" w:type="dxa"/>
            </w:tcMar>
          </w:tcPr>
          <w:p w14:paraId="394A1A21" w14:textId="0179463C" w:rsidR="00413E18" w:rsidRPr="00A11BCD" w:rsidRDefault="00000000">
            <w:pPr>
              <w:spacing w:after="0"/>
              <w:rPr>
                <w:rFonts w:ascii="바탕체" w:eastAsia="바탕체" w:hAnsi="바탕체"/>
                <w:lang w:eastAsia="ko-KR"/>
              </w:rPr>
            </w:pPr>
            <w:r w:rsidRPr="00A11BCD">
              <w:rPr>
                <w:rFonts w:ascii="바탕체" w:eastAsia="바탕체" w:hAnsi="바탕체"/>
                <w:color w:val="2D343C"/>
                <w:sz w:val="19"/>
                <w:lang w:eastAsia="ko-KR"/>
              </w:rPr>
              <w:t>본인은 본 과제를 직접 작성하였으며, ChatGPT 등 생성형 AI가 생성한 문장·코드·답변을 과제로 제출하지 않았음을 서약합니다.</w:t>
            </w:r>
          </w:p>
        </w:tc>
      </w:tr>
      <w:tr w:rsidR="00413E18" w:rsidRPr="00A11BCD" w14:paraId="2BA06A70" w14:textId="77777777">
        <w:trPr>
          <w:trHeight w:val="620"/>
          <w:jc w:val="center"/>
        </w:trPr>
        <w:tc>
          <w:tcPr>
            <w:tcW w:w="9751" w:type="dxa"/>
            <w:tcMar>
              <w:top w:w="140" w:type="dxa"/>
              <w:left w:w="170" w:type="dxa"/>
              <w:bottom w:w="140" w:type="dxa"/>
              <w:right w:w="170" w:type="dxa"/>
            </w:tcMar>
          </w:tcPr>
          <w:p w14:paraId="27DB8595" w14:textId="77777777" w:rsidR="00413E18" w:rsidRPr="00A11BCD" w:rsidRDefault="00000000">
            <w:pPr>
              <w:spacing w:after="0" w:line="240" w:lineRule="auto"/>
              <w:jc w:val="right"/>
              <w:rPr>
                <w:rFonts w:ascii="바탕체" w:eastAsia="바탕체" w:hAnsi="바탕체"/>
              </w:rPr>
            </w:pPr>
            <w:proofErr w:type="spellStart"/>
            <w:r w:rsidRPr="00A11BCD">
              <w:rPr>
                <w:rFonts w:ascii="바탕체" w:eastAsia="바탕체" w:hAnsi="바탕체"/>
                <w:b/>
                <w:color w:val="2D343C"/>
                <w:sz w:val="20"/>
              </w:rPr>
              <w:t>서약자</w:t>
            </w:r>
            <w:proofErr w:type="spellEnd"/>
            <w:r w:rsidRPr="00A11BCD">
              <w:rPr>
                <w:rFonts w:ascii="바탕체" w:eastAsia="바탕체" w:hAnsi="바탕체"/>
                <w:b/>
                <w:color w:val="2D343C"/>
                <w:sz w:val="20"/>
              </w:rPr>
              <w:t>: ___________________</w:t>
            </w:r>
            <w:proofErr w:type="gramStart"/>
            <w:r w:rsidRPr="00A11BCD">
              <w:rPr>
                <w:rFonts w:ascii="바탕체" w:eastAsia="바탕체" w:hAnsi="바탕체"/>
                <w:b/>
                <w:color w:val="2D343C"/>
                <w:sz w:val="20"/>
              </w:rPr>
              <w:t>_  (</w:t>
            </w:r>
            <w:proofErr w:type="spellStart"/>
            <w:proofErr w:type="gramEnd"/>
            <w:r w:rsidRPr="00A11BCD">
              <w:rPr>
                <w:rFonts w:ascii="바탕체" w:eastAsia="바탕체" w:hAnsi="바탕체"/>
                <w:b/>
                <w:color w:val="2D343C"/>
                <w:sz w:val="20"/>
              </w:rPr>
              <w:t>서명</w:t>
            </w:r>
            <w:proofErr w:type="spellEnd"/>
            <w:r w:rsidRPr="00A11BCD">
              <w:rPr>
                <w:rFonts w:ascii="바탕체" w:eastAsia="바탕체" w:hAnsi="바탕체"/>
                <w:b/>
                <w:color w:val="2D343C"/>
                <w:sz w:val="20"/>
              </w:rPr>
              <w:t>)</w:t>
            </w:r>
          </w:p>
        </w:tc>
      </w:tr>
    </w:tbl>
    <w:p w14:paraId="44202533" w14:textId="77777777" w:rsidR="00413E18" w:rsidRPr="00A11BCD" w:rsidRDefault="00000000">
      <w:pPr>
        <w:spacing w:before="80" w:after="0" w:line="240" w:lineRule="auto"/>
        <w:rPr>
          <w:rFonts w:ascii="바탕체" w:eastAsia="바탕체" w:hAnsi="바탕체"/>
          <w:lang w:eastAsia="ko-KR"/>
        </w:rPr>
      </w:pPr>
      <w:r w:rsidRPr="00A11BCD">
        <w:rPr>
          <w:rFonts w:ascii="바탕체" w:eastAsia="바탕체" w:hAnsi="바탕체"/>
          <w:color w:val="6E747A"/>
          <w:sz w:val="17"/>
          <w:lang w:eastAsia="ko-KR"/>
        </w:rPr>
        <w:t>※ 제출 전 과목명, 학번, 이름, 제출일 및 서명 여부를 확인해 주세요.</w:t>
      </w:r>
    </w:p>
    <w:sectPr w:rsidR="00413E18" w:rsidRPr="00A11BCD" w:rsidSect="00034616"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Noto Sans CJK KR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바탕체">
    <w:altName w:val="BatangChe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008599">
    <w:abstractNumId w:val="8"/>
  </w:num>
  <w:num w:numId="2" w16cid:durableId="1617249313">
    <w:abstractNumId w:val="6"/>
  </w:num>
  <w:num w:numId="3" w16cid:durableId="964241319">
    <w:abstractNumId w:val="5"/>
  </w:num>
  <w:num w:numId="4" w16cid:durableId="2009140259">
    <w:abstractNumId w:val="4"/>
  </w:num>
  <w:num w:numId="5" w16cid:durableId="156003267">
    <w:abstractNumId w:val="7"/>
  </w:num>
  <w:num w:numId="6" w16cid:durableId="1832066488">
    <w:abstractNumId w:val="3"/>
  </w:num>
  <w:num w:numId="7" w16cid:durableId="793056776">
    <w:abstractNumId w:val="2"/>
  </w:num>
  <w:num w:numId="8" w16cid:durableId="2018118690">
    <w:abstractNumId w:val="1"/>
  </w:num>
  <w:num w:numId="9" w16cid:durableId="12758636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1F22"/>
    <w:rsid w:val="0015074B"/>
    <w:rsid w:val="0029639D"/>
    <w:rsid w:val="00326F90"/>
    <w:rsid w:val="00413E18"/>
    <w:rsid w:val="00626131"/>
    <w:rsid w:val="00A11BCD"/>
    <w:rsid w:val="00AA1D8D"/>
    <w:rsid w:val="00B47730"/>
    <w:rsid w:val="00CA6B0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820AD2"/>
  <w14:defaultImageDpi w14:val="300"/>
  <w15:docId w15:val="{F2C78204-2F1B-A641-9432-0921EF57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KR" w:eastAsia="Noto Sans CJK KR" w:hAnsi="Noto Sans CJK KR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138</Characters>
  <Application>Microsoft Office Word</Application>
  <DocSecurity>0</DocSecurity>
  <Lines>11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JungSoo Kim</cp:lastModifiedBy>
  <cp:revision>4</cp:revision>
  <dcterms:created xsi:type="dcterms:W3CDTF">2013-12-23T23:15:00Z</dcterms:created>
  <dcterms:modified xsi:type="dcterms:W3CDTF">2026-09-07T10:45:00Z</dcterms:modified>
  <cp:category/>
</cp:coreProperties>
</file>