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24A7B" w14:textId="77777777" w:rsidR="00413E18" w:rsidRPr="00A11BCD" w:rsidRDefault="00000000">
      <w:pPr>
        <w:spacing w:after="20" w:line="240" w:lineRule="auto"/>
        <w:jc w:val="center"/>
        <w:rPr>
          <w:rFonts w:ascii="바탕체" w:eastAsia="바탕체" w:hAnsi="바탕체"/>
          <w:b/>
          <w:color w:val="4C545E"/>
          <w:sz w:val="26"/>
          <w:lang w:eastAsia="ko-KR"/>
        </w:rPr>
      </w:pPr>
      <w:r w:rsidRPr="00A11BCD">
        <w:rPr>
          <w:rFonts w:ascii="바탕체" w:eastAsia="바탕체" w:hAnsi="바탕체"/>
          <w:b/>
          <w:color w:val="4C545E"/>
          <w:sz w:val="26"/>
          <w:lang w:eastAsia="ko-KR"/>
        </w:rPr>
        <w:t>경기과학기술대학교</w:t>
      </w:r>
    </w:p>
    <w:p w14:paraId="160D9AA0" w14:textId="77777777" w:rsidR="00141F22" w:rsidRPr="00A11BCD" w:rsidRDefault="00141F22">
      <w:pPr>
        <w:spacing w:after="20" w:line="240" w:lineRule="auto"/>
        <w:jc w:val="center"/>
        <w:rPr>
          <w:rFonts w:ascii="바탕체" w:eastAsia="바탕체" w:hAnsi="바탕체"/>
          <w:lang w:eastAsia="ko-KR"/>
        </w:rPr>
      </w:pPr>
    </w:p>
    <w:p w14:paraId="5B004DE3" w14:textId="3E47B2A5" w:rsidR="00413E18" w:rsidRPr="00A11BCD" w:rsidRDefault="00F96803">
      <w:pPr>
        <w:spacing w:after="240" w:line="240" w:lineRule="auto"/>
        <w:jc w:val="center"/>
        <w:rPr>
          <w:rFonts w:ascii="바탕체" w:eastAsia="바탕체" w:hAnsi="바탕체"/>
          <w:lang w:eastAsia="ko-KR"/>
        </w:rPr>
      </w:pPr>
      <w:r>
        <w:rPr>
          <w:rFonts w:ascii="바탕체" w:eastAsia="바탕체" w:hAnsi="바탕체" w:cs="바탕" w:hint="eastAsia"/>
          <w:b/>
          <w:color w:val="19222D"/>
          <w:sz w:val="44"/>
          <w:lang w:eastAsia="ko-KR"/>
        </w:rPr>
        <w:t xml:space="preserve">문제해결을 위한 </w:t>
      </w:r>
      <w:r>
        <w:rPr>
          <w:rFonts w:ascii="바탕체" w:eastAsia="바탕체" w:hAnsi="바탕체" w:cs="바탕"/>
          <w:b/>
          <w:color w:val="19222D"/>
          <w:sz w:val="44"/>
          <w:lang w:eastAsia="ko-KR"/>
        </w:rPr>
        <w:t>AI</w:t>
      </w:r>
      <w:r>
        <w:rPr>
          <w:rFonts w:ascii="바탕체" w:eastAsia="바탕체" w:hAnsi="바탕체" w:cs="바탕" w:hint="eastAsia"/>
          <w:b/>
          <w:color w:val="19222D"/>
          <w:sz w:val="44"/>
          <w:lang w:eastAsia="ko-KR"/>
        </w:rPr>
        <w:t>프롬프트 디자인</w:t>
      </w:r>
      <w:r w:rsidR="00141F22" w:rsidRPr="00A11BCD">
        <w:rPr>
          <w:rFonts w:ascii="바탕체" w:eastAsia="바탕체" w:hAnsi="바탕체" w:cs="바탕" w:hint="eastAsia"/>
          <w:b/>
          <w:color w:val="19222D"/>
          <w:sz w:val="44"/>
          <w:lang w:eastAsia="ko-KR"/>
        </w:rPr>
        <w:t xml:space="preserve"> </w:t>
      </w:r>
      <w:r w:rsidR="00141F22" w:rsidRPr="00A11BCD">
        <w:rPr>
          <w:rFonts w:ascii="바탕체" w:eastAsia="바탕체" w:hAnsi="바탕체"/>
          <w:b/>
          <w:color w:val="19222D"/>
          <w:sz w:val="44"/>
          <w:lang w:eastAsia="ko-KR"/>
        </w:rPr>
        <w:t>과제 제출</w:t>
      </w:r>
    </w:p>
    <w:tbl>
      <w:tblPr>
        <w:tblW w:w="0" w:type="auto"/>
        <w:jc w:val="center"/>
        <w:tblBorders>
          <w:top w:val="single" w:sz="8" w:space="0" w:color="AEB6C0"/>
          <w:left w:val="single" w:sz="8" w:space="0" w:color="AEB6C0"/>
          <w:bottom w:val="single" w:sz="8" w:space="0" w:color="AEB6C0"/>
          <w:right w:val="single" w:sz="8" w:space="0" w:color="AEB6C0"/>
          <w:insideH w:val="single" w:sz="8" w:space="0" w:color="AEB6C0"/>
          <w:insideV w:val="single" w:sz="8" w:space="0" w:color="AEB6C0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514"/>
        <w:gridCol w:w="1360"/>
        <w:gridCol w:w="3514"/>
      </w:tblGrid>
      <w:tr w:rsidR="00413E18" w:rsidRPr="00A11BCD" w14:paraId="278C9FED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8EB50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과목명</w:t>
            </w:r>
            <w:proofErr w:type="spellEnd"/>
          </w:p>
        </w:tc>
        <w:tc>
          <w:tcPr>
            <w:tcW w:w="838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281A7B" w14:textId="3C9C83A6" w:rsidR="00413E18" w:rsidRPr="00A11BCD" w:rsidRDefault="00F96803">
            <w:pPr>
              <w:spacing w:after="0" w:line="240" w:lineRule="auto"/>
              <w:rPr>
                <w:rFonts w:ascii="바탕체" w:eastAsia="바탕체" w:hAnsi="바탕체" w:hint="eastAsia"/>
                <w:lang w:eastAsia="ko-KR"/>
              </w:rPr>
            </w:pPr>
            <w:r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문제해결을 위한 </w:t>
            </w:r>
            <w:r>
              <w:rPr>
                <w:rFonts w:ascii="바탕체" w:eastAsia="바탕체" w:hAnsi="바탕체"/>
                <w:color w:val="737980"/>
                <w:lang w:eastAsia="ko-KR"/>
              </w:rPr>
              <w:t>AI</w:t>
            </w:r>
            <w:r>
              <w:rPr>
                <w:rFonts w:ascii="바탕체" w:eastAsia="바탕체" w:hAnsi="바탕체" w:hint="eastAsia"/>
                <w:color w:val="737980"/>
                <w:lang w:eastAsia="ko-KR"/>
              </w:rPr>
              <w:t>프롬프트 디자인</w:t>
            </w:r>
          </w:p>
        </w:tc>
      </w:tr>
      <w:tr w:rsidR="00413E18" w:rsidRPr="00A11BCD" w14:paraId="3AE44346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E00643" w14:textId="7919CB09" w:rsidR="00413E18" w:rsidRPr="00A11BCD" w:rsidRDefault="00A11BCD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  <w:b/>
                <w:color w:val="37414B"/>
                <w:sz w:val="20"/>
                <w:lang w:eastAsia="ko-KR"/>
              </w:rPr>
              <w:t>전공/</w:t>
            </w:r>
            <w:proofErr w:type="spellStart"/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학번</w:t>
            </w:r>
            <w:proofErr w:type="spellEnd"/>
          </w:p>
        </w:tc>
        <w:tc>
          <w:tcPr>
            <w:tcW w:w="351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5D16E7" w14:textId="48D32351" w:rsidR="00413E18" w:rsidRPr="00A11BCD" w:rsidRDefault="00A11BCD" w:rsidP="00A11BCD">
            <w:pPr>
              <w:spacing w:after="0" w:line="240" w:lineRule="auto"/>
              <w:jc w:val="center"/>
              <w:rPr>
                <w:rFonts w:ascii="바탕체" w:eastAsia="바탕체" w:hAnsi="바탕체"/>
                <w:lang w:eastAsia="ko-KR"/>
              </w:rPr>
            </w:pPr>
            <w:r>
              <w:rPr>
                <w:rFonts w:ascii="바탕체" w:eastAsia="바탕체" w:hAnsi="바탕체" w:hint="eastAsia"/>
                <w:lang w:eastAsia="ko-KR"/>
              </w:rPr>
              <w:t>/</w:t>
            </w:r>
          </w:p>
        </w:tc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44583B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이름</w:t>
            </w:r>
            <w:proofErr w:type="spellEnd"/>
          </w:p>
        </w:tc>
        <w:tc>
          <w:tcPr>
            <w:tcW w:w="351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F9D819" w14:textId="083F4974" w:rsidR="00413E18" w:rsidRPr="00A11BCD" w:rsidRDefault="00413E18">
            <w:pPr>
              <w:spacing w:after="0" w:line="240" w:lineRule="auto"/>
              <w:rPr>
                <w:rFonts w:ascii="바탕체" w:eastAsia="바탕체" w:hAnsi="바탕체"/>
                <w:lang w:eastAsia="ko-KR"/>
              </w:rPr>
            </w:pPr>
          </w:p>
        </w:tc>
      </w:tr>
      <w:tr w:rsidR="00413E18" w:rsidRPr="00A11BCD" w14:paraId="42F6E25C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F5A893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과제 제출일</w:t>
            </w:r>
          </w:p>
        </w:tc>
        <w:tc>
          <w:tcPr>
            <w:tcW w:w="838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50E892" w14:textId="758B5A10" w:rsidR="00413E18" w:rsidRPr="00A11BCD" w:rsidRDefault="00000000" w:rsidP="00A11BCD">
            <w:pPr>
              <w:spacing w:after="0" w:line="240" w:lineRule="auto"/>
              <w:ind w:firstLineChars="200" w:firstLine="420"/>
              <w:rPr>
                <w:rFonts w:ascii="바탕체" w:eastAsia="바탕체" w:hAnsi="바탕체"/>
              </w:rPr>
            </w:pPr>
            <w:r w:rsidRPr="00A11BCD">
              <w:rPr>
                <w:rFonts w:ascii="바탕체" w:eastAsia="바탕체" w:hAnsi="바탕체"/>
                <w:color w:val="737980"/>
              </w:rPr>
              <w:t xml:space="preserve">년 </w:t>
            </w:r>
            <w:r w:rsidR="00A11BCD"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    </w:t>
            </w:r>
            <w:r w:rsidRPr="00A11BCD">
              <w:rPr>
                <w:rFonts w:ascii="바탕체" w:eastAsia="바탕체" w:hAnsi="바탕체"/>
                <w:color w:val="737980"/>
              </w:rPr>
              <w:t xml:space="preserve">월 </w:t>
            </w:r>
            <w:r w:rsidR="00A11BCD"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   </w:t>
            </w:r>
            <w:r w:rsidRPr="00A11BCD">
              <w:rPr>
                <w:rFonts w:ascii="바탕체" w:eastAsia="바탕체" w:hAnsi="바탕체"/>
                <w:color w:val="737980"/>
              </w:rPr>
              <w:t>일</w:t>
            </w:r>
          </w:p>
        </w:tc>
      </w:tr>
    </w:tbl>
    <w:p w14:paraId="1456BB8A" w14:textId="77777777" w:rsidR="00413E18" w:rsidRPr="00A11BCD" w:rsidRDefault="00413E18">
      <w:pPr>
        <w:spacing w:after="60" w:line="240" w:lineRule="auto"/>
        <w:rPr>
          <w:rFonts w:ascii="바탕체" w:eastAsia="바탕체" w:hAnsi="바탕체"/>
        </w:rPr>
      </w:pPr>
    </w:p>
    <w:p w14:paraId="5E6567FC" w14:textId="77777777" w:rsidR="00413E18" w:rsidRPr="00A11BCD" w:rsidRDefault="00000000">
      <w:pPr>
        <w:spacing w:before="40" w:after="100" w:line="240" w:lineRule="auto"/>
        <w:rPr>
          <w:rFonts w:ascii="바탕체" w:eastAsia="바탕체" w:hAnsi="바탕체"/>
        </w:rPr>
      </w:pPr>
      <w:r w:rsidRPr="00A11BCD">
        <w:rPr>
          <w:rFonts w:ascii="바탕체" w:eastAsia="바탕체" w:hAnsi="바탕체"/>
          <w:b/>
          <w:color w:val="1F2937"/>
          <w:sz w:val="24"/>
        </w:rPr>
        <w:t>과제 내용</w:t>
      </w:r>
    </w:p>
    <w:tbl>
      <w:tblPr>
        <w:tblW w:w="0" w:type="auto"/>
        <w:jc w:val="center"/>
        <w:tblBorders>
          <w:top w:val="single" w:sz="8" w:space="0" w:color="B7BDC5"/>
          <w:left w:val="single" w:sz="8" w:space="0" w:color="B7BDC5"/>
          <w:bottom w:val="single" w:sz="8" w:space="0" w:color="B7BDC5"/>
          <w:right w:val="single" w:sz="8" w:space="0" w:color="B7BDC5"/>
          <w:insideH w:val="single" w:sz="8" w:space="0" w:color="B7BDC5"/>
          <w:insideV w:val="single" w:sz="8" w:space="0" w:color="B7BDC5"/>
        </w:tblBorders>
        <w:tblLayout w:type="fixed"/>
        <w:tblLook w:val="04A0" w:firstRow="1" w:lastRow="0" w:firstColumn="1" w:lastColumn="0" w:noHBand="0" w:noVBand="1"/>
      </w:tblPr>
      <w:tblGrid>
        <w:gridCol w:w="9751"/>
      </w:tblGrid>
      <w:tr w:rsidR="00413E18" w:rsidRPr="00A11BCD" w14:paraId="5619113E" w14:textId="77777777" w:rsidTr="00141F22">
        <w:trPr>
          <w:trHeight w:val="6308"/>
          <w:jc w:val="center"/>
        </w:trPr>
        <w:tc>
          <w:tcPr>
            <w:tcW w:w="975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5319FE" w14:textId="08A0A8B9" w:rsidR="00413E18" w:rsidRPr="00A11BCD" w:rsidRDefault="00413E18">
            <w:pPr>
              <w:spacing w:after="0" w:line="240" w:lineRule="auto"/>
              <w:rPr>
                <w:rFonts w:ascii="바탕체" w:eastAsia="바탕체" w:hAnsi="바탕체"/>
                <w:lang w:eastAsia="ko-KR"/>
              </w:rPr>
            </w:pPr>
          </w:p>
        </w:tc>
      </w:tr>
    </w:tbl>
    <w:p w14:paraId="1AB76DFD" w14:textId="77777777" w:rsidR="00413E18" w:rsidRPr="00A11BCD" w:rsidRDefault="00413E18">
      <w:pPr>
        <w:spacing w:after="60" w:line="240" w:lineRule="auto"/>
        <w:rPr>
          <w:rFonts w:ascii="바탕체" w:eastAsia="바탕체" w:hAnsi="바탕체"/>
          <w:lang w:eastAsia="ko-KR"/>
        </w:rPr>
      </w:pPr>
    </w:p>
    <w:p w14:paraId="0A033D0F" w14:textId="0C07C531" w:rsidR="00413E18" w:rsidRPr="00A11BCD" w:rsidRDefault="00000000">
      <w:pPr>
        <w:spacing w:before="20" w:after="80" w:line="240" w:lineRule="auto"/>
        <w:rPr>
          <w:rFonts w:ascii="바탕체" w:eastAsia="바탕체" w:hAnsi="바탕체"/>
          <w:lang w:eastAsia="ko-KR"/>
        </w:rPr>
      </w:pPr>
      <w:r w:rsidRPr="00A11BCD">
        <w:rPr>
          <w:rFonts w:ascii="바탕체" w:eastAsia="바탕체" w:hAnsi="바탕체"/>
          <w:b/>
          <w:color w:val="1F2937"/>
          <w:sz w:val="23"/>
          <w:lang w:eastAsia="ko-KR"/>
        </w:rPr>
        <w:t>과제 작성 서약</w:t>
      </w:r>
    </w:p>
    <w:tbl>
      <w:tblPr>
        <w:tblW w:w="0" w:type="auto"/>
        <w:jc w:val="center"/>
        <w:tblBorders>
          <w:top w:val="single" w:sz="8" w:space="0" w:color="AEB6C0"/>
          <w:left w:val="single" w:sz="8" w:space="0" w:color="AEB6C0"/>
          <w:bottom w:val="single" w:sz="8" w:space="0" w:color="AEB6C0"/>
          <w:right w:val="single" w:sz="8" w:space="0" w:color="AEB6C0"/>
          <w:insideH w:val="single" w:sz="8" w:space="0" w:color="AEB6C0"/>
          <w:insideV w:val="single" w:sz="8" w:space="0" w:color="AEB6C0"/>
        </w:tblBorders>
        <w:tblLayout w:type="fixed"/>
        <w:tblLook w:val="04A0" w:firstRow="1" w:lastRow="0" w:firstColumn="1" w:lastColumn="0" w:noHBand="0" w:noVBand="1"/>
      </w:tblPr>
      <w:tblGrid>
        <w:gridCol w:w="9751"/>
      </w:tblGrid>
      <w:tr w:rsidR="00413E18" w:rsidRPr="00A11BCD" w14:paraId="6AD927DF" w14:textId="77777777">
        <w:trPr>
          <w:trHeight w:val="620"/>
          <w:jc w:val="center"/>
        </w:trPr>
        <w:tc>
          <w:tcPr>
            <w:tcW w:w="9751" w:type="dxa"/>
            <w:shd w:val="clear" w:color="auto" w:fill="F7F8FA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394A1A21" w14:textId="00F9851F" w:rsidR="00413E18" w:rsidRPr="00A11BCD" w:rsidRDefault="00000000">
            <w:pPr>
              <w:spacing w:after="0"/>
              <w:rPr>
                <w:rFonts w:ascii="바탕체" w:eastAsia="바탕체" w:hAnsi="바탕체"/>
                <w:lang w:eastAsia="ko-KR"/>
              </w:rPr>
            </w:pPr>
            <w:r w:rsidRPr="00A11BCD">
              <w:rPr>
                <w:rFonts w:ascii="바탕체" w:eastAsia="바탕체" w:hAnsi="바탕체"/>
                <w:color w:val="2D343C"/>
                <w:sz w:val="19"/>
                <w:lang w:eastAsia="ko-KR"/>
              </w:rPr>
              <w:t>본인은 본 과제를 직접 작성하였</w:t>
            </w:r>
            <w:r w:rsidR="00F96803">
              <w:rPr>
                <w:rFonts w:ascii="바탕체" w:eastAsia="바탕체" w:hAnsi="바탕체" w:hint="eastAsia"/>
                <w:color w:val="2D343C"/>
                <w:sz w:val="19"/>
                <w:lang w:eastAsia="ko-KR"/>
              </w:rPr>
              <w:t>음을 서약합니다.</w:t>
            </w:r>
          </w:p>
        </w:tc>
      </w:tr>
      <w:tr w:rsidR="00413E18" w:rsidRPr="00A11BCD" w14:paraId="2BA06A70" w14:textId="77777777">
        <w:trPr>
          <w:trHeight w:val="620"/>
          <w:jc w:val="center"/>
        </w:trPr>
        <w:tc>
          <w:tcPr>
            <w:tcW w:w="9751" w:type="dxa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27DB8595" w14:textId="77777777" w:rsidR="00413E18" w:rsidRPr="00A11BCD" w:rsidRDefault="00000000">
            <w:pPr>
              <w:spacing w:after="0" w:line="240" w:lineRule="auto"/>
              <w:jc w:val="right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서약자</w:t>
            </w:r>
            <w:proofErr w:type="spell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: ___________________</w:t>
            </w:r>
            <w:proofErr w:type="gramStart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_  (</w:t>
            </w:r>
            <w:proofErr w:type="spellStart"/>
            <w:proofErr w:type="gram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서명</w:t>
            </w:r>
            <w:proofErr w:type="spell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)</w:t>
            </w:r>
          </w:p>
        </w:tc>
      </w:tr>
    </w:tbl>
    <w:p w14:paraId="44202533" w14:textId="77777777" w:rsidR="00413E18" w:rsidRPr="00A11BCD" w:rsidRDefault="00000000">
      <w:pPr>
        <w:spacing w:before="80" w:after="0" w:line="240" w:lineRule="auto"/>
        <w:rPr>
          <w:rFonts w:ascii="바탕체" w:eastAsia="바탕체" w:hAnsi="바탕체"/>
          <w:lang w:eastAsia="ko-KR"/>
        </w:rPr>
      </w:pPr>
      <w:r w:rsidRPr="00A11BCD">
        <w:rPr>
          <w:rFonts w:ascii="바탕체" w:eastAsia="바탕체" w:hAnsi="바탕체"/>
          <w:color w:val="6E747A"/>
          <w:sz w:val="17"/>
          <w:lang w:eastAsia="ko-KR"/>
        </w:rPr>
        <w:t>※ 제출 전 과목명, 학번, 이름, 제출일 및 서명 여부를 확인해 주세요.</w:t>
      </w:r>
    </w:p>
    <w:sectPr w:rsidR="00413E18" w:rsidRPr="00A11BCD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08599">
    <w:abstractNumId w:val="8"/>
  </w:num>
  <w:num w:numId="2" w16cid:durableId="1617249313">
    <w:abstractNumId w:val="6"/>
  </w:num>
  <w:num w:numId="3" w16cid:durableId="964241319">
    <w:abstractNumId w:val="5"/>
  </w:num>
  <w:num w:numId="4" w16cid:durableId="2009140259">
    <w:abstractNumId w:val="4"/>
  </w:num>
  <w:num w:numId="5" w16cid:durableId="156003267">
    <w:abstractNumId w:val="7"/>
  </w:num>
  <w:num w:numId="6" w16cid:durableId="1832066488">
    <w:abstractNumId w:val="3"/>
  </w:num>
  <w:num w:numId="7" w16cid:durableId="793056776">
    <w:abstractNumId w:val="2"/>
  </w:num>
  <w:num w:numId="8" w16cid:durableId="2018118690">
    <w:abstractNumId w:val="1"/>
  </w:num>
  <w:num w:numId="9" w16cid:durableId="12758636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F22"/>
    <w:rsid w:val="0015074B"/>
    <w:rsid w:val="0029639D"/>
    <w:rsid w:val="00326F90"/>
    <w:rsid w:val="00413E18"/>
    <w:rsid w:val="00626131"/>
    <w:rsid w:val="00905D5B"/>
    <w:rsid w:val="00A11BCD"/>
    <w:rsid w:val="00AA1D8D"/>
    <w:rsid w:val="00B47730"/>
    <w:rsid w:val="00CA6B05"/>
    <w:rsid w:val="00CB0664"/>
    <w:rsid w:val="00F968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20AD2"/>
  <w14:defaultImageDpi w14:val="300"/>
  <w15:docId w15:val="{F2C78204-2F1B-A641-9432-0921EF57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KR" w:eastAsia="Noto Sans CJK KR" w:hAnsi="Noto Sans CJK KR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156</Characters>
  <Application>Microsoft Office Word</Application>
  <DocSecurity>0</DocSecurity>
  <Lines>19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JungSoo Kim</cp:lastModifiedBy>
  <cp:revision>5</cp:revision>
  <dcterms:created xsi:type="dcterms:W3CDTF">2013-12-23T23:15:00Z</dcterms:created>
  <dcterms:modified xsi:type="dcterms:W3CDTF">2026-10-07T00:07:00Z</dcterms:modified>
  <cp:category/>
</cp:coreProperties>
</file>